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20116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F75BF3D-9939-4535-A8AF-CAB34610817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MONGEHAM TRI CLUB</w:t>
        <w:br/>
        <w:t>MEMBERSHIP APPLICATION FORM</w:t>
      </w:r>
    </w:p>
    <w:p/>
    <w:p>
      <w:r>
        <w:t>Full Name: _______________________________</w:t>
      </w:r>
    </w:p>
    <w:p>
      <w:r>
        <w:t>Date of Birth: ____________________________</w:t>
      </w:r>
    </w:p>
    <w:p>
      <w:r>
        <w:t>Address: __________________________________</w:t>
      </w:r>
    </w:p>
    <w:p>
      <w:r>
        <w:t>Postcode: _________________________________</w:t>
      </w:r>
    </w:p>
    <w:p>
      <w:r>
        <w:t>Email Address: _____________________________</w:t>
      </w:r>
    </w:p>
    <w:p>
      <w:r>
        <w:t>Mobile Number: _____________________________</w:t>
      </w:r>
    </w:p>
    <w:p>
      <w:r>
        <w:t>Emergency Contact Name: ___________________</w:t>
      </w:r>
    </w:p>
    <w:p>
      <w:r>
        <w:t>Emergency Contact Number: _________________</w:t>
      </w:r>
    </w:p>
    <w:p>
      <w:r>
        <w:t>Relevant Medical Information: ______________</w:t>
      </w:r>
    </w:p>
    <w:p>
      <w:r>
        <w:t>___________________________________________</w:t>
      </w:r>
    </w:p>
    <w:p>
      <w:r>
        <w:t>Membership Type (circle): Adult / Junior / Family / Social</w:t>
      </w:r>
    </w:p>
    <w:p/>
    <w:p>
      <w:r>
        <w:t>Club Declaration</w:t>
      </w:r>
    </w:p>
    <w:p>
      <w:r>
        <w:t>I agree to abide by the Mongeham Tri Club Constitution, Code of Conduct, Safeguarding Policy and Safety Rules. I understand that participation in club activities involves inherent risks and I take part at my own risk.</w:t>
      </w:r>
    </w:p>
    <w:p/>
    <w:p>
      <w:r>
        <w:t>Applicant Signature: ______________________</w:t>
      </w:r>
    </w:p>
    <w:p>
      <w:r>
        <w:t>Date: 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